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CD70" w14:textId="23B4A0E9" w:rsidR="00B22A0D" w:rsidRPr="00AF3954" w:rsidRDefault="00B22A0D" w:rsidP="00B22A0D">
      <w:pPr>
        <w:pStyle w:val="Heading1"/>
        <w:jc w:val="right"/>
        <w:rPr>
          <w:rFonts w:ascii="Times New Roman" w:hAnsi="Times New Roman" w:cs="Times New Roman"/>
        </w:rPr>
      </w:pPr>
      <w:r w:rsidRPr="00AF3954">
        <w:rPr>
          <w:rFonts w:ascii="Times New Roman" w:hAnsi="Times New Roman" w:cs="Times New Roman"/>
        </w:rPr>
        <w:t>Annexure – III</w:t>
      </w:r>
    </w:p>
    <w:p w14:paraId="0C841DCD" w14:textId="77777777" w:rsidR="0063312B" w:rsidRPr="00AF3954" w:rsidRDefault="0063312B" w:rsidP="0063312B">
      <w:pPr>
        <w:spacing w:after="0" w:line="259" w:lineRule="auto"/>
        <w:ind w:left="1433"/>
        <w:rPr>
          <w:rFonts w:ascii="Times New Roman" w:hAnsi="Times New Roman" w:cs="Times New Roman"/>
          <w:b/>
          <w:szCs w:val="24"/>
        </w:rPr>
      </w:pPr>
      <w:r w:rsidRPr="00AF3954">
        <w:rPr>
          <w:rFonts w:ascii="Times New Roman" w:hAnsi="Times New Roman" w:cs="Times New Roman"/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5236B854" wp14:editId="3F640757">
            <wp:simplePos x="0" y="0"/>
            <wp:positionH relativeFrom="column">
              <wp:posOffset>2945130</wp:posOffset>
            </wp:positionH>
            <wp:positionV relativeFrom="paragraph">
              <wp:posOffset>6350</wp:posOffset>
            </wp:positionV>
            <wp:extent cx="494665" cy="687705"/>
            <wp:effectExtent l="0" t="0" r="0" b="0"/>
            <wp:wrapNone/>
            <wp:docPr id="2" name="Picture 2" descr="Indian Council of Social Science Research Recruitment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ndian Council of Social Science Research Recruitment 20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7F1CD" w14:textId="77777777" w:rsidR="0063312B" w:rsidRPr="00AF3954" w:rsidRDefault="0063312B" w:rsidP="0063312B">
      <w:pPr>
        <w:spacing w:after="0" w:line="259" w:lineRule="auto"/>
        <w:ind w:left="1433"/>
        <w:rPr>
          <w:rFonts w:ascii="Times New Roman" w:hAnsi="Times New Roman" w:cs="Times New Roman"/>
          <w:szCs w:val="24"/>
        </w:rPr>
      </w:pPr>
      <w:r w:rsidRPr="00AF3954"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A95B7E" wp14:editId="752592D1">
                <wp:simplePos x="0" y="0"/>
                <wp:positionH relativeFrom="column">
                  <wp:posOffset>5280025</wp:posOffset>
                </wp:positionH>
                <wp:positionV relativeFrom="paragraph">
                  <wp:posOffset>137795</wp:posOffset>
                </wp:positionV>
                <wp:extent cx="871855" cy="927735"/>
                <wp:effectExtent l="0" t="0" r="23495" b="2476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1855" cy="927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3304A8" w14:textId="77777777" w:rsidR="0063312B" w:rsidRPr="00EA0269" w:rsidRDefault="0063312B" w:rsidP="0063312B">
                            <w:pPr>
                              <w:spacing w:after="0" w:line="258" w:lineRule="auto"/>
                              <w:jc w:val="center"/>
                              <w:textDirection w:val="btL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EA0269">
                              <w:rPr>
                                <w:rFonts w:eastAsia="Tahoma"/>
                                <w:b/>
                                <w:sz w:val="14"/>
                                <w:szCs w:val="14"/>
                              </w:rPr>
                              <w:t xml:space="preserve">Paste </w:t>
                            </w:r>
                            <w:r w:rsidRPr="00EA0269">
                              <w:rPr>
                                <w:b/>
                                <w:sz w:val="14"/>
                                <w:szCs w:val="14"/>
                              </w:rPr>
                              <w:t>a recent, clear 2x2 inch passport-size photo with a plain background and formal attire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95B7E" id="Rectangle 1" o:spid="_x0000_s1026" style="position:absolute;left:0;text-align:left;margin-left:415.75pt;margin-top:10.85pt;width:68.65pt;height:7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" fillcolor="window" strokecolor="#70ad47" strokeweight="1pt">
                <v:stroke startarrowwidth="narrow" startarrowlength="short" endarrowwidth="narrow" endarrowlength="short"/>
                <v:path arrowok="t"/>
                <v:textbox inset="2.53958mm,1.2694mm,2.53958mm,1.2694mm">
                  <w:txbxContent>
                    <w:p w14:paraId="773304A8" w14:textId="77777777" w:rsidR="0063312B" w:rsidRPr="00EA0269" w:rsidRDefault="0063312B" w:rsidP="0063312B">
                      <w:pPr>
                        <w:spacing w:after="0" w:line="258" w:lineRule="auto"/>
                        <w:jc w:val="center"/>
                        <w:textDirection w:val="btLr"/>
                        <w:rPr>
                          <w:b/>
                          <w:sz w:val="14"/>
                          <w:szCs w:val="14"/>
                        </w:rPr>
                      </w:pPr>
                      <w:r w:rsidRPr="00EA0269">
                        <w:rPr>
                          <w:rFonts w:eastAsia="Tahoma"/>
                          <w:b/>
                          <w:sz w:val="14"/>
                          <w:szCs w:val="14"/>
                        </w:rPr>
                        <w:t xml:space="preserve">Paste </w:t>
                      </w:r>
                      <w:r w:rsidRPr="00EA0269">
                        <w:rPr>
                          <w:b/>
                          <w:sz w:val="14"/>
                          <w:szCs w:val="14"/>
                        </w:rPr>
                        <w:t>a recent, clear 2x2 inch passport-size photo with a plain background and formal attire</w:t>
                      </w:r>
                    </w:p>
                  </w:txbxContent>
                </v:textbox>
              </v:rect>
            </w:pict>
          </mc:Fallback>
        </mc:AlternateContent>
      </w:r>
      <w:r w:rsidRPr="00AF3954">
        <w:rPr>
          <w:rFonts w:ascii="Times New Roman" w:hAnsi="Times New Roman" w:cs="Times New Roman"/>
          <w:b/>
          <w:szCs w:val="24"/>
        </w:rPr>
        <w:t xml:space="preserve"> </w:t>
      </w:r>
    </w:p>
    <w:p w14:paraId="6B842561" w14:textId="77777777" w:rsidR="0063312B" w:rsidRPr="00AF3954" w:rsidRDefault="0063312B" w:rsidP="0063312B">
      <w:pPr>
        <w:spacing w:after="0" w:line="259" w:lineRule="auto"/>
        <w:ind w:left="1433"/>
        <w:jc w:val="center"/>
        <w:rPr>
          <w:rFonts w:ascii="Times New Roman" w:hAnsi="Times New Roman" w:cs="Times New Roman"/>
          <w:b/>
        </w:rPr>
      </w:pPr>
      <w:r w:rsidRPr="00AF3954">
        <w:rPr>
          <w:rFonts w:ascii="Times New Roman" w:hAnsi="Times New Roman" w:cs="Times New Roman"/>
        </w:rPr>
        <w:t xml:space="preserve">  </w:t>
      </w:r>
    </w:p>
    <w:p w14:paraId="479AE742" w14:textId="77777777" w:rsidR="0063312B" w:rsidRPr="00AF3954" w:rsidRDefault="0063312B" w:rsidP="0063312B">
      <w:pPr>
        <w:spacing w:after="0" w:line="259" w:lineRule="auto"/>
        <w:ind w:left="1433"/>
        <w:rPr>
          <w:rFonts w:ascii="Times New Roman" w:hAnsi="Times New Roman" w:cs="Times New Roman"/>
          <w:b/>
        </w:rPr>
      </w:pPr>
    </w:p>
    <w:p w14:paraId="1CA6B3E8" w14:textId="0018E054" w:rsidR="0063312B" w:rsidRPr="00AF3954" w:rsidRDefault="0063312B" w:rsidP="0063312B">
      <w:pPr>
        <w:spacing w:after="0" w:line="259" w:lineRule="auto"/>
        <w:jc w:val="center"/>
        <w:rPr>
          <w:rFonts w:ascii="Times New Roman" w:hAnsi="Times New Roman" w:cs="Times New Roman"/>
          <w:b/>
          <w:sz w:val="28"/>
        </w:rPr>
      </w:pPr>
      <w:r w:rsidRPr="00AF3954">
        <w:rPr>
          <w:rFonts w:ascii="Times New Roman" w:hAnsi="Times New Roman" w:cs="Times New Roman"/>
          <w:b/>
          <w:sz w:val="28"/>
        </w:rPr>
        <w:t>INDIAN COUNCIL OF SOCIAL SCIENCE RESEARCH</w:t>
      </w:r>
    </w:p>
    <w:p w14:paraId="42509875" w14:textId="77777777" w:rsidR="0063312B" w:rsidRPr="00AF3954" w:rsidRDefault="00641D5A" w:rsidP="00641D5A">
      <w:pPr>
        <w:spacing w:after="0" w:line="259" w:lineRule="auto"/>
        <w:ind w:left="1433"/>
        <w:rPr>
          <w:rFonts w:ascii="Times New Roman" w:hAnsi="Times New Roman" w:cs="Times New Roman"/>
        </w:rPr>
      </w:pPr>
      <w:r w:rsidRPr="00AF3954">
        <w:rPr>
          <w:rFonts w:ascii="Times New Roman" w:hAnsi="Times New Roman" w:cs="Times New Roman"/>
          <w:b/>
          <w:sz w:val="28"/>
        </w:rPr>
        <w:t xml:space="preserve">                        </w:t>
      </w:r>
      <w:r w:rsidR="0063312B" w:rsidRPr="00AF3954">
        <w:rPr>
          <w:rFonts w:ascii="Times New Roman" w:hAnsi="Times New Roman" w:cs="Times New Roman"/>
          <w:b/>
          <w:sz w:val="28"/>
        </w:rPr>
        <w:t>Research Projects Division</w:t>
      </w:r>
    </w:p>
    <w:p w14:paraId="78437EC5" w14:textId="77777777" w:rsidR="007E7527" w:rsidRPr="00AF3954" w:rsidRDefault="007E7527" w:rsidP="007E7527">
      <w:pPr>
        <w:jc w:val="both"/>
        <w:rPr>
          <w:rFonts w:ascii="Times New Roman" w:hAnsi="Times New Roman" w:cs="Times New Roman"/>
          <w:b/>
          <w:bCs/>
          <w:color w:val="3071C3" w:themeColor="text2" w:themeTint="BF"/>
        </w:rPr>
      </w:pPr>
    </w:p>
    <w:p w14:paraId="7106910F" w14:textId="77336BF3" w:rsidR="00FF1CC6" w:rsidRDefault="00AF3954" w:rsidP="007C279D">
      <w:pPr>
        <w:pStyle w:val="Title"/>
        <w:rPr>
          <w:rFonts w:ascii="Times New Roman" w:hAnsi="Times New Roman" w:cs="Times New Roman"/>
          <w:spacing w:val="-4"/>
          <w:sz w:val="36"/>
          <w:szCs w:val="36"/>
        </w:rPr>
      </w:pPr>
      <w:r w:rsidRPr="00AF3954">
        <w:rPr>
          <w:rFonts w:ascii="Times New Roman" w:hAnsi="Times New Roman" w:cs="Times New Roman"/>
          <w:sz w:val="36"/>
          <w:szCs w:val="36"/>
        </w:rPr>
        <w:t>Biodata Format for Co-Project Directors</w:t>
      </w:r>
      <w:r w:rsidR="007C279D" w:rsidRPr="00AF3954">
        <w:rPr>
          <w:rFonts w:ascii="Times New Roman" w:hAnsi="Times New Roman" w:cs="Times New Roman"/>
          <w:spacing w:val="-4"/>
          <w:sz w:val="36"/>
          <w:szCs w:val="36"/>
        </w:rPr>
        <w:t xml:space="preserve"> </w:t>
      </w:r>
      <w:r w:rsidR="00FF1CC6">
        <w:rPr>
          <w:rFonts w:ascii="Times New Roman" w:hAnsi="Times New Roman" w:cs="Times New Roman"/>
          <w:spacing w:val="-4"/>
          <w:sz w:val="36"/>
          <w:szCs w:val="36"/>
        </w:rPr>
        <w:t xml:space="preserve">– </w:t>
      </w:r>
    </w:p>
    <w:p w14:paraId="1A89AEE1" w14:textId="584BDA67" w:rsidR="007C279D" w:rsidRPr="00AF3954" w:rsidRDefault="007C279D" w:rsidP="007C279D">
      <w:pPr>
        <w:pStyle w:val="Title"/>
        <w:rPr>
          <w:rFonts w:ascii="Times New Roman" w:hAnsi="Times New Roman" w:cs="Times New Roman"/>
          <w:sz w:val="36"/>
          <w:szCs w:val="36"/>
        </w:rPr>
      </w:pPr>
      <w:r w:rsidRPr="00AF3954">
        <w:rPr>
          <w:rFonts w:ascii="Times New Roman" w:hAnsi="Times New Roman" w:cs="Times New Roman"/>
          <w:sz w:val="36"/>
          <w:szCs w:val="36"/>
        </w:rPr>
        <w:t>Major/</w:t>
      </w:r>
      <w:r w:rsidR="00FF1CC6" w:rsidRPr="00AF3954">
        <w:rPr>
          <w:rFonts w:ascii="Times New Roman" w:hAnsi="Times New Roman" w:cs="Times New Roman"/>
          <w:sz w:val="36"/>
          <w:szCs w:val="36"/>
        </w:rPr>
        <w:t>Minor Research</w:t>
      </w:r>
      <w:r w:rsidRPr="00AF3954">
        <w:rPr>
          <w:rFonts w:ascii="Times New Roman" w:hAnsi="Times New Roman" w:cs="Times New Roman"/>
          <w:spacing w:val="-4"/>
          <w:sz w:val="36"/>
          <w:szCs w:val="36"/>
        </w:rPr>
        <w:t xml:space="preserve"> </w:t>
      </w:r>
      <w:r w:rsidRPr="00AF3954">
        <w:rPr>
          <w:rFonts w:ascii="Times New Roman" w:hAnsi="Times New Roman" w:cs="Times New Roman"/>
          <w:sz w:val="36"/>
          <w:szCs w:val="36"/>
        </w:rPr>
        <w:t>Projects</w:t>
      </w:r>
      <w:r w:rsidRPr="00AF3954">
        <w:rPr>
          <w:rFonts w:ascii="Times New Roman" w:hAnsi="Times New Roman" w:cs="Times New Roman"/>
          <w:spacing w:val="-4"/>
          <w:sz w:val="36"/>
          <w:szCs w:val="36"/>
        </w:rPr>
        <w:t xml:space="preserve"> </w:t>
      </w:r>
      <w:r w:rsidRPr="00AF3954">
        <w:rPr>
          <w:rFonts w:ascii="Times New Roman" w:hAnsi="Times New Roman" w:cs="Times New Roman"/>
          <w:sz w:val="36"/>
          <w:szCs w:val="36"/>
        </w:rPr>
        <w:t>(2025-</w:t>
      </w:r>
      <w:r w:rsidRPr="00AF3954">
        <w:rPr>
          <w:rFonts w:ascii="Times New Roman" w:hAnsi="Times New Roman" w:cs="Times New Roman"/>
          <w:spacing w:val="-5"/>
          <w:sz w:val="36"/>
          <w:szCs w:val="36"/>
        </w:rPr>
        <w:t>26)</w:t>
      </w:r>
    </w:p>
    <w:p w14:paraId="71B32DB0" w14:textId="77777777" w:rsidR="00D76B5B" w:rsidRPr="00AF3954" w:rsidRDefault="0063312B" w:rsidP="0063312B">
      <w:pPr>
        <w:spacing w:before="120" w:after="240"/>
        <w:rPr>
          <w:rFonts w:ascii="Times New Roman" w:hAnsi="Times New Roman" w:cs="Times New Roman"/>
          <w:color w:val="000000" w:themeColor="text1"/>
        </w:rPr>
      </w:pPr>
      <w:r w:rsidRPr="00AF3954">
        <w:rPr>
          <w:rFonts w:ascii="Times New Roman" w:hAnsi="Times New Roman" w:cs="Times New Roman"/>
          <w:color w:val="000000" w:themeColor="text1"/>
        </w:rPr>
        <w:t xml:space="preserve"> </w:t>
      </w:r>
      <w:r w:rsidR="00E03F61" w:rsidRPr="00AF3954">
        <w:rPr>
          <w:rFonts w:ascii="Times New Roman" w:hAnsi="Times New Roman" w:cs="Times New Roman"/>
          <w:color w:val="000000" w:themeColor="text1"/>
        </w:rPr>
        <w:t>(Note: Insert additional rows wherever necessary)</w:t>
      </w:r>
    </w:p>
    <w:tbl>
      <w:tblPr>
        <w:tblStyle w:val="TableGrid"/>
        <w:tblW w:w="9114" w:type="dxa"/>
        <w:tblLook w:val="04A0" w:firstRow="1" w:lastRow="0" w:firstColumn="1" w:lastColumn="0" w:noHBand="0" w:noVBand="1"/>
      </w:tblPr>
      <w:tblGrid>
        <w:gridCol w:w="5495"/>
        <w:gridCol w:w="3619"/>
      </w:tblGrid>
      <w:tr w:rsidR="007E7527" w:rsidRPr="00AF3954" w14:paraId="5CBFC9E8" w14:textId="77777777" w:rsidTr="001A7519">
        <w:trPr>
          <w:trHeight w:val="666"/>
        </w:trPr>
        <w:tc>
          <w:tcPr>
            <w:tcW w:w="5495" w:type="dxa"/>
          </w:tcPr>
          <w:p w14:paraId="20CD87CA" w14:textId="77777777" w:rsidR="007E7527" w:rsidRPr="00AF3954" w:rsidRDefault="007E7527" w:rsidP="003416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9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number</w:t>
            </w:r>
          </w:p>
          <w:p w14:paraId="07DF0716" w14:textId="4D68C55B" w:rsidR="007E7527" w:rsidRPr="00AF3954" w:rsidRDefault="007E7527" w:rsidP="0034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9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AF3954" w:rsidRPr="00AF39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Copy from the</w:t>
            </w:r>
            <w:r w:rsidRPr="00AF39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F3954" w:rsidRPr="00AF39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Online Application</w:t>
            </w:r>
            <w:r w:rsidRPr="00AF39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619" w:type="dxa"/>
          </w:tcPr>
          <w:p w14:paraId="121F7B09" w14:textId="77777777" w:rsidR="007E7527" w:rsidRPr="00AF3954" w:rsidRDefault="007E7527" w:rsidP="003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519" w:rsidRPr="00AF3954" w14:paraId="125D54A8" w14:textId="77777777" w:rsidTr="001A7519">
        <w:trPr>
          <w:trHeight w:val="666"/>
        </w:trPr>
        <w:tc>
          <w:tcPr>
            <w:tcW w:w="5495" w:type="dxa"/>
          </w:tcPr>
          <w:p w14:paraId="4A6B5FA5" w14:textId="77777777" w:rsidR="001A7519" w:rsidRPr="00AF3954" w:rsidRDefault="001A7519" w:rsidP="001A7519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AF3954">
              <w:rPr>
                <w:b/>
                <w:sz w:val="24"/>
              </w:rPr>
              <w:t>Broad</w:t>
            </w:r>
            <w:r w:rsidRPr="00AF3954">
              <w:rPr>
                <w:b/>
                <w:spacing w:val="-1"/>
                <w:sz w:val="24"/>
              </w:rPr>
              <w:t xml:space="preserve"> </w:t>
            </w:r>
            <w:r w:rsidRPr="00AF3954">
              <w:rPr>
                <w:b/>
                <w:sz w:val="24"/>
              </w:rPr>
              <w:t>Research Domains</w:t>
            </w:r>
            <w:r w:rsidRPr="00AF3954">
              <w:rPr>
                <w:b/>
                <w:spacing w:val="-1"/>
                <w:sz w:val="24"/>
              </w:rPr>
              <w:t xml:space="preserve"> </w:t>
            </w:r>
            <w:r w:rsidRPr="00AF3954">
              <w:rPr>
                <w:b/>
                <w:sz w:val="24"/>
              </w:rPr>
              <w:t>as per</w:t>
            </w:r>
            <w:r w:rsidRPr="00AF3954">
              <w:rPr>
                <w:b/>
                <w:spacing w:val="-3"/>
                <w:sz w:val="24"/>
              </w:rPr>
              <w:t xml:space="preserve"> </w:t>
            </w:r>
            <w:r w:rsidRPr="00AF3954">
              <w:rPr>
                <w:b/>
                <w:spacing w:val="-2"/>
                <w:sz w:val="24"/>
              </w:rPr>
              <w:t>ICSSR</w:t>
            </w:r>
          </w:p>
          <w:p w14:paraId="44B1A79E" w14:textId="293B45DC" w:rsidR="001A7519" w:rsidRPr="00AF3954" w:rsidRDefault="001A7519" w:rsidP="001A7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954">
              <w:rPr>
                <w:rFonts w:ascii="Times New Roman" w:hAnsi="Times New Roman" w:cs="Times New Roman"/>
                <w:b/>
                <w:sz w:val="24"/>
              </w:rPr>
              <w:t xml:space="preserve">list </w:t>
            </w:r>
          </w:p>
        </w:tc>
        <w:tc>
          <w:tcPr>
            <w:tcW w:w="3619" w:type="dxa"/>
          </w:tcPr>
          <w:p w14:paraId="6E78262C" w14:textId="6B3093C7" w:rsidR="001A7519" w:rsidRPr="00AF3954" w:rsidRDefault="001A7519" w:rsidP="001A7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519" w:rsidRPr="00AF3954" w14:paraId="0DEAD4FC" w14:textId="77777777" w:rsidTr="001A7519">
        <w:trPr>
          <w:trHeight w:val="520"/>
        </w:trPr>
        <w:tc>
          <w:tcPr>
            <w:tcW w:w="5495" w:type="dxa"/>
          </w:tcPr>
          <w:p w14:paraId="21856F73" w14:textId="689049DE" w:rsidR="001A7519" w:rsidRPr="00AF3954" w:rsidRDefault="001A7519" w:rsidP="001A75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954">
              <w:rPr>
                <w:rFonts w:ascii="Times New Roman" w:hAnsi="Times New Roman" w:cs="Times New Roman"/>
                <w:b/>
                <w:sz w:val="24"/>
              </w:rPr>
              <w:t>Priority Areas</w:t>
            </w:r>
          </w:p>
        </w:tc>
        <w:tc>
          <w:tcPr>
            <w:tcW w:w="3619" w:type="dxa"/>
          </w:tcPr>
          <w:p w14:paraId="17114E05" w14:textId="41A230F4" w:rsidR="001A7519" w:rsidRPr="00AF3954" w:rsidRDefault="001A7519" w:rsidP="001A7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519" w:rsidRPr="00AF3954" w14:paraId="58E422A4" w14:textId="77777777" w:rsidTr="001A7519">
        <w:trPr>
          <w:trHeight w:val="246"/>
        </w:trPr>
        <w:tc>
          <w:tcPr>
            <w:tcW w:w="5495" w:type="dxa"/>
          </w:tcPr>
          <w:p w14:paraId="66AA2FD0" w14:textId="026EB8EC" w:rsidR="001A7519" w:rsidRPr="00AF3954" w:rsidRDefault="001A7519" w:rsidP="001A751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3954">
              <w:rPr>
                <w:rFonts w:ascii="Times New Roman" w:hAnsi="Times New Roman" w:cs="Times New Roman"/>
                <w:b/>
                <w:sz w:val="24"/>
              </w:rPr>
              <w:t>Title</w:t>
            </w:r>
            <w:r w:rsidRPr="00AF3954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AF3954">
              <w:rPr>
                <w:rFonts w:ascii="Times New Roman" w:hAnsi="Times New Roman" w:cs="Times New Roman"/>
                <w:b/>
                <w:sz w:val="24"/>
              </w:rPr>
              <w:t>of</w:t>
            </w:r>
            <w:r w:rsidRPr="00AF395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AF3954">
              <w:rPr>
                <w:rFonts w:ascii="Times New Roman" w:hAnsi="Times New Roman" w:cs="Times New Roman"/>
                <w:b/>
                <w:sz w:val="24"/>
              </w:rPr>
              <w:t>the</w:t>
            </w:r>
            <w:r w:rsidRPr="00AF3954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AF3954">
              <w:rPr>
                <w:rFonts w:ascii="Times New Roman" w:hAnsi="Times New Roman" w:cs="Times New Roman"/>
                <w:b/>
                <w:sz w:val="24"/>
              </w:rPr>
              <w:t xml:space="preserve">Research </w:t>
            </w:r>
            <w:r w:rsidRPr="00AF3954">
              <w:rPr>
                <w:rFonts w:ascii="Times New Roman" w:hAnsi="Times New Roman" w:cs="Times New Roman"/>
                <w:b/>
                <w:spacing w:val="-2"/>
                <w:sz w:val="24"/>
              </w:rPr>
              <w:t>Proposal</w:t>
            </w:r>
          </w:p>
        </w:tc>
        <w:tc>
          <w:tcPr>
            <w:tcW w:w="3619" w:type="dxa"/>
          </w:tcPr>
          <w:p w14:paraId="29F937F3" w14:textId="063CDDA1" w:rsidR="001A7519" w:rsidRPr="00AF3954" w:rsidRDefault="001A7519" w:rsidP="001A751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311E4B7" w14:textId="77777777" w:rsidR="00F96CFD" w:rsidRPr="00AF3954" w:rsidRDefault="00F96CFD" w:rsidP="00C23AA6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208012FB" w14:textId="77777777" w:rsidR="00F96CFD" w:rsidRPr="00AF3954" w:rsidRDefault="00F96CFD" w:rsidP="00C23AA6">
      <w:pPr>
        <w:pStyle w:val="Heading2"/>
        <w:spacing w:before="0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</w:p>
    <w:p w14:paraId="6C64DA22" w14:textId="53C0A2C0" w:rsidR="00D76B5B" w:rsidRPr="00AF3954" w:rsidRDefault="00C23AA6" w:rsidP="0063312B">
      <w:pPr>
        <w:pStyle w:val="Heading2"/>
        <w:spacing w:before="0"/>
        <w:jc w:val="center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AF3954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BIODATA OF THE CO-PROJECT</w:t>
      </w:r>
      <w:r w:rsidR="0063312B" w:rsidRPr="00AF3954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DIRECTOR</w:t>
      </w:r>
      <w:r w:rsidR="00AF3954" w:rsidRPr="00AF3954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S</w:t>
      </w:r>
    </w:p>
    <w:p w14:paraId="741137F8" w14:textId="77777777" w:rsidR="003B2456" w:rsidRPr="00AF3954" w:rsidRDefault="003B2456" w:rsidP="00C23AA6">
      <w:pPr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Ind w:w="-34" w:type="dxa"/>
        <w:tblLook w:val="0000" w:firstRow="0" w:lastRow="0" w:firstColumn="0" w:lastColumn="0" w:noHBand="0" w:noVBand="0"/>
      </w:tblPr>
      <w:tblGrid>
        <w:gridCol w:w="568"/>
        <w:gridCol w:w="3786"/>
        <w:gridCol w:w="4577"/>
      </w:tblGrid>
      <w:tr w:rsidR="00C23AA6" w:rsidRPr="00AF3954" w14:paraId="742837D9" w14:textId="77777777" w:rsidTr="00C23AA6">
        <w:trPr>
          <w:trHeight w:val="240"/>
        </w:trPr>
        <w:tc>
          <w:tcPr>
            <w:tcW w:w="568" w:type="dxa"/>
            <w:shd w:val="clear" w:color="auto" w:fill="auto"/>
          </w:tcPr>
          <w:p w14:paraId="539D1B68" w14:textId="77777777" w:rsidR="003B2456" w:rsidRPr="00AF3954" w:rsidRDefault="003B2456" w:rsidP="00EC47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8363" w:type="dxa"/>
            <w:gridSpan w:val="2"/>
          </w:tcPr>
          <w:p w14:paraId="4D31376D" w14:textId="77777777" w:rsidR="003B2456" w:rsidRPr="00AF3954" w:rsidRDefault="003B2456" w:rsidP="006331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b/>
                <w:color w:val="000000" w:themeColor="text1"/>
              </w:rPr>
              <w:t>N</w:t>
            </w:r>
            <w:r w:rsidR="00641D5A" w:rsidRPr="00AF3954">
              <w:rPr>
                <w:rFonts w:ascii="Times New Roman" w:hAnsi="Times New Roman" w:cs="Times New Roman"/>
                <w:b/>
                <w:color w:val="000000" w:themeColor="text1"/>
              </w:rPr>
              <w:t xml:space="preserve">ame of the </w:t>
            </w:r>
            <w:r w:rsidR="0063312B" w:rsidRPr="00AF3954">
              <w:rPr>
                <w:rFonts w:ascii="Times New Roman" w:hAnsi="Times New Roman" w:cs="Times New Roman"/>
                <w:b/>
                <w:color w:val="000000" w:themeColor="text1"/>
              </w:rPr>
              <w:t>Co-PD</w:t>
            </w:r>
            <w:r w:rsidR="00290326" w:rsidRPr="00AF395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C23AA6" w:rsidRPr="00AF3954" w14:paraId="337D3363" w14:textId="77777777" w:rsidTr="00C23AA6">
        <w:tblPrEx>
          <w:tblLook w:val="04A0" w:firstRow="1" w:lastRow="0" w:firstColumn="1" w:lastColumn="0" w:noHBand="0" w:noVBand="1"/>
        </w:tblPrEx>
        <w:trPr>
          <w:trHeight w:val="1315"/>
        </w:trPr>
        <w:tc>
          <w:tcPr>
            <w:tcW w:w="568" w:type="dxa"/>
            <w:shd w:val="clear" w:color="auto" w:fill="auto"/>
          </w:tcPr>
          <w:p w14:paraId="45F36536" w14:textId="77777777" w:rsidR="003B2456" w:rsidRPr="00AF3954" w:rsidRDefault="003B2456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86" w:type="dxa"/>
          </w:tcPr>
          <w:p w14:paraId="257E9951" w14:textId="77777777" w:rsidR="003B2456" w:rsidRPr="00AF3954" w:rsidRDefault="003B2456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a. Name</w:t>
            </w:r>
          </w:p>
          <w:p w14:paraId="04CC83F5" w14:textId="77777777" w:rsidR="003B2456" w:rsidRPr="00AF3954" w:rsidRDefault="003B2456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b. Designation</w:t>
            </w:r>
          </w:p>
          <w:p w14:paraId="34EF0514" w14:textId="77777777" w:rsidR="003B2456" w:rsidRPr="00AF3954" w:rsidRDefault="003B2456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c. Department</w:t>
            </w:r>
          </w:p>
          <w:p w14:paraId="50A29726" w14:textId="77777777" w:rsidR="003B2456" w:rsidRPr="00AF3954" w:rsidRDefault="003B2456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d. Official Address</w:t>
            </w:r>
          </w:p>
          <w:p w14:paraId="088D6034" w14:textId="77777777" w:rsidR="003B2456" w:rsidRPr="00AF3954" w:rsidRDefault="003B2456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e. Contact No.</w:t>
            </w:r>
          </w:p>
          <w:p w14:paraId="32B064BD" w14:textId="77777777" w:rsidR="003B2456" w:rsidRPr="00AF3954" w:rsidRDefault="003B2456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f. Email</w:t>
            </w:r>
          </w:p>
        </w:tc>
        <w:tc>
          <w:tcPr>
            <w:tcW w:w="4577" w:type="dxa"/>
          </w:tcPr>
          <w:p w14:paraId="341562D4" w14:textId="77777777" w:rsidR="003B2456" w:rsidRPr="00AF3954" w:rsidRDefault="003B2456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52924AB" w14:textId="77777777" w:rsidR="00290326" w:rsidRPr="00AF3954" w:rsidRDefault="00290326" w:rsidP="00C23AA6">
      <w:pPr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440"/>
        <w:gridCol w:w="1936"/>
        <w:gridCol w:w="1451"/>
        <w:gridCol w:w="1849"/>
        <w:gridCol w:w="1492"/>
        <w:gridCol w:w="1704"/>
      </w:tblGrid>
      <w:tr w:rsidR="00C23AA6" w:rsidRPr="00AF3954" w14:paraId="38726CA1" w14:textId="77777777" w:rsidTr="00EC4793">
        <w:trPr>
          <w:trHeight w:val="234"/>
        </w:trPr>
        <w:tc>
          <w:tcPr>
            <w:tcW w:w="440" w:type="dxa"/>
          </w:tcPr>
          <w:p w14:paraId="7670ADCD" w14:textId="77777777" w:rsidR="00290326" w:rsidRPr="00AF3954" w:rsidRDefault="00290326" w:rsidP="00EC479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8432" w:type="dxa"/>
            <w:gridSpan w:val="5"/>
            <w:shd w:val="clear" w:color="auto" w:fill="auto"/>
          </w:tcPr>
          <w:p w14:paraId="5BC89113" w14:textId="77777777" w:rsidR="00290326" w:rsidRPr="00AF3954" w:rsidRDefault="00290326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Educational Qualifications</w:t>
            </w:r>
          </w:p>
        </w:tc>
      </w:tr>
      <w:tr w:rsidR="00C23AA6" w:rsidRPr="00AF3954" w14:paraId="0265D8C5" w14:textId="77777777" w:rsidTr="00EC4793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440" w:type="dxa"/>
            <w:vMerge w:val="restart"/>
            <w:shd w:val="clear" w:color="auto" w:fill="auto"/>
          </w:tcPr>
          <w:p w14:paraId="18BE3774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36" w:type="dxa"/>
          </w:tcPr>
          <w:p w14:paraId="5462243F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Name of the Degree</w:t>
            </w:r>
          </w:p>
        </w:tc>
        <w:tc>
          <w:tcPr>
            <w:tcW w:w="1451" w:type="dxa"/>
          </w:tcPr>
          <w:p w14:paraId="54156D30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Name of the University</w:t>
            </w:r>
          </w:p>
        </w:tc>
        <w:tc>
          <w:tcPr>
            <w:tcW w:w="1849" w:type="dxa"/>
          </w:tcPr>
          <w:p w14:paraId="550A9E48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Year of Passing / Award</w:t>
            </w:r>
          </w:p>
        </w:tc>
        <w:tc>
          <w:tcPr>
            <w:tcW w:w="1492" w:type="dxa"/>
          </w:tcPr>
          <w:p w14:paraId="136713D0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% of Marks</w:t>
            </w:r>
          </w:p>
        </w:tc>
        <w:tc>
          <w:tcPr>
            <w:tcW w:w="1704" w:type="dxa"/>
          </w:tcPr>
          <w:p w14:paraId="746FDC5D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Main Discipline</w:t>
            </w:r>
          </w:p>
        </w:tc>
      </w:tr>
      <w:tr w:rsidR="00C23AA6" w:rsidRPr="00AF3954" w14:paraId="55EE86BF" w14:textId="77777777" w:rsidTr="00EC4793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440" w:type="dxa"/>
            <w:vMerge/>
            <w:shd w:val="clear" w:color="auto" w:fill="auto"/>
          </w:tcPr>
          <w:p w14:paraId="1839B025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36" w:type="dxa"/>
          </w:tcPr>
          <w:p w14:paraId="78274638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Master’s</w:t>
            </w:r>
          </w:p>
        </w:tc>
        <w:tc>
          <w:tcPr>
            <w:tcW w:w="1451" w:type="dxa"/>
          </w:tcPr>
          <w:p w14:paraId="15BDCDD4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9" w:type="dxa"/>
          </w:tcPr>
          <w:p w14:paraId="2D8DFEAE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92" w:type="dxa"/>
          </w:tcPr>
          <w:p w14:paraId="3B7029AF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4" w:type="dxa"/>
          </w:tcPr>
          <w:p w14:paraId="58FBFB8F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23AA6" w:rsidRPr="00AF3954" w14:paraId="30360278" w14:textId="77777777" w:rsidTr="00EC4793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440" w:type="dxa"/>
            <w:vMerge/>
            <w:shd w:val="clear" w:color="auto" w:fill="auto"/>
          </w:tcPr>
          <w:p w14:paraId="3AB43982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36" w:type="dxa"/>
          </w:tcPr>
          <w:p w14:paraId="2F0F0E30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M. Phil.</w:t>
            </w:r>
          </w:p>
        </w:tc>
        <w:tc>
          <w:tcPr>
            <w:tcW w:w="1451" w:type="dxa"/>
          </w:tcPr>
          <w:p w14:paraId="6FA018BB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9" w:type="dxa"/>
          </w:tcPr>
          <w:p w14:paraId="6BE1C135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92" w:type="dxa"/>
          </w:tcPr>
          <w:p w14:paraId="4EBDF115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4" w:type="dxa"/>
          </w:tcPr>
          <w:p w14:paraId="67D6A2F2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23AA6" w:rsidRPr="00AF3954" w14:paraId="2D13A73E" w14:textId="77777777" w:rsidTr="00EC4793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440" w:type="dxa"/>
            <w:vMerge/>
            <w:shd w:val="clear" w:color="auto" w:fill="auto"/>
          </w:tcPr>
          <w:p w14:paraId="2309864B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36" w:type="dxa"/>
          </w:tcPr>
          <w:p w14:paraId="3F71B6C6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Ph. D.</w:t>
            </w:r>
          </w:p>
        </w:tc>
        <w:tc>
          <w:tcPr>
            <w:tcW w:w="1451" w:type="dxa"/>
          </w:tcPr>
          <w:p w14:paraId="087DA75E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9" w:type="dxa"/>
          </w:tcPr>
          <w:p w14:paraId="578A8808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92" w:type="dxa"/>
          </w:tcPr>
          <w:p w14:paraId="78916E4C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4" w:type="dxa"/>
          </w:tcPr>
          <w:p w14:paraId="7E41602D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23AA6" w:rsidRPr="00AF3954" w14:paraId="7428CD34" w14:textId="77777777" w:rsidTr="00EC4793">
        <w:tblPrEx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440" w:type="dxa"/>
            <w:vMerge/>
            <w:shd w:val="clear" w:color="auto" w:fill="auto"/>
          </w:tcPr>
          <w:p w14:paraId="6603C9F7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36" w:type="dxa"/>
          </w:tcPr>
          <w:p w14:paraId="3A67FDC5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Post-Doctoral</w:t>
            </w:r>
          </w:p>
        </w:tc>
        <w:tc>
          <w:tcPr>
            <w:tcW w:w="1451" w:type="dxa"/>
          </w:tcPr>
          <w:p w14:paraId="427F3DC4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9" w:type="dxa"/>
          </w:tcPr>
          <w:p w14:paraId="267161D2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92" w:type="dxa"/>
          </w:tcPr>
          <w:p w14:paraId="66C2720E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4" w:type="dxa"/>
          </w:tcPr>
          <w:p w14:paraId="4C9E68D7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23AA6" w:rsidRPr="00AF3954" w14:paraId="65CF9689" w14:textId="77777777" w:rsidTr="00EC4793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440" w:type="dxa"/>
            <w:vMerge/>
            <w:shd w:val="clear" w:color="auto" w:fill="auto"/>
          </w:tcPr>
          <w:p w14:paraId="5C554092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14:paraId="4D9B0478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 xml:space="preserve">Title of the </w:t>
            </w:r>
            <w:r w:rsidR="00EC4793" w:rsidRPr="00AF3954">
              <w:rPr>
                <w:rFonts w:ascii="Times New Roman" w:hAnsi="Times New Roman" w:cs="Times New Roman"/>
                <w:color w:val="000000" w:themeColor="text1"/>
              </w:rPr>
              <w:t>Ph.D.</w:t>
            </w:r>
          </w:p>
        </w:tc>
        <w:tc>
          <w:tcPr>
            <w:tcW w:w="6496" w:type="dxa"/>
            <w:gridSpan w:val="4"/>
          </w:tcPr>
          <w:p w14:paraId="4F074ADB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23AA6" w:rsidRPr="00AF3954" w14:paraId="0F11A965" w14:textId="77777777" w:rsidTr="00EC4793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4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CF03F2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14:paraId="0BD756A0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 xml:space="preserve">Salient features of </w:t>
            </w:r>
            <w:r w:rsidR="00EC4793" w:rsidRPr="00AF3954">
              <w:rPr>
                <w:rFonts w:ascii="Times New Roman" w:hAnsi="Times New Roman" w:cs="Times New Roman"/>
                <w:color w:val="000000" w:themeColor="text1"/>
              </w:rPr>
              <w:t>Ph.D.</w:t>
            </w:r>
            <w:r w:rsidRPr="00AF3954">
              <w:rPr>
                <w:rFonts w:ascii="Times New Roman" w:hAnsi="Times New Roman" w:cs="Times New Roman"/>
                <w:color w:val="000000" w:themeColor="text1"/>
              </w:rPr>
              <w:t xml:space="preserve"> (in 100 words)</w:t>
            </w:r>
          </w:p>
        </w:tc>
        <w:tc>
          <w:tcPr>
            <w:tcW w:w="6496" w:type="dxa"/>
            <w:gridSpan w:val="4"/>
          </w:tcPr>
          <w:p w14:paraId="5F22E754" w14:textId="77777777" w:rsidR="00561C2C" w:rsidRPr="00AF3954" w:rsidRDefault="00561C2C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9116BFD" w14:textId="77777777" w:rsidR="00C23AA6" w:rsidRPr="00AF3954" w:rsidRDefault="00C23AA6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C68A706" w14:textId="77777777" w:rsidR="00C23AA6" w:rsidRPr="00AF3954" w:rsidRDefault="00C23AA6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5DC4A0D" w14:textId="77777777" w:rsidR="00C23AA6" w:rsidRPr="00AF3954" w:rsidRDefault="00C23AA6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39C44E9" w14:textId="77777777" w:rsidR="00C23AA6" w:rsidRPr="00AF3954" w:rsidRDefault="00C23AA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"/>
        <w:gridCol w:w="2017"/>
        <w:gridCol w:w="2054"/>
        <w:gridCol w:w="4379"/>
      </w:tblGrid>
      <w:tr w:rsidR="00C23AA6" w:rsidRPr="00AF3954" w14:paraId="5BA5B5CC" w14:textId="77777777" w:rsidTr="00EC4793">
        <w:trPr>
          <w:trHeight w:val="149"/>
        </w:trPr>
        <w:tc>
          <w:tcPr>
            <w:tcW w:w="388" w:type="dxa"/>
          </w:tcPr>
          <w:p w14:paraId="0D0C617C" w14:textId="77777777" w:rsidR="00561C2C" w:rsidRPr="00AF3954" w:rsidRDefault="00561C2C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8450" w:type="dxa"/>
            <w:gridSpan w:val="3"/>
          </w:tcPr>
          <w:p w14:paraId="2F04866C" w14:textId="77777777" w:rsidR="00561C2C" w:rsidRPr="00AF3954" w:rsidRDefault="00561C2C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Research Experience</w:t>
            </w:r>
          </w:p>
        </w:tc>
      </w:tr>
      <w:tr w:rsidR="00C23AA6" w:rsidRPr="00AF3954" w14:paraId="5B57F42F" w14:textId="77777777" w:rsidTr="0063312B">
        <w:trPr>
          <w:trHeight w:val="303"/>
        </w:trPr>
        <w:tc>
          <w:tcPr>
            <w:tcW w:w="388" w:type="dxa"/>
          </w:tcPr>
          <w:p w14:paraId="7F3C47C5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17" w:type="dxa"/>
          </w:tcPr>
          <w:p w14:paraId="469A49A7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54" w:type="dxa"/>
          </w:tcPr>
          <w:p w14:paraId="28085387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Number</w:t>
            </w:r>
          </w:p>
        </w:tc>
        <w:tc>
          <w:tcPr>
            <w:tcW w:w="4379" w:type="dxa"/>
          </w:tcPr>
          <w:p w14:paraId="62791CEF" w14:textId="77777777" w:rsidR="00561C2C" w:rsidRPr="00AF3954" w:rsidRDefault="00561C2C" w:rsidP="00EC47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Title, role/capacity/Presentation/Participation and details of funding Institution</w:t>
            </w:r>
          </w:p>
        </w:tc>
      </w:tr>
      <w:tr w:rsidR="00C23AA6" w:rsidRPr="00AF3954" w14:paraId="6E418186" w14:textId="77777777" w:rsidTr="0063312B">
        <w:trPr>
          <w:trHeight w:val="149"/>
        </w:trPr>
        <w:tc>
          <w:tcPr>
            <w:tcW w:w="388" w:type="dxa"/>
          </w:tcPr>
          <w:p w14:paraId="583F9679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a.</w:t>
            </w:r>
          </w:p>
        </w:tc>
        <w:tc>
          <w:tcPr>
            <w:tcW w:w="2017" w:type="dxa"/>
          </w:tcPr>
          <w:p w14:paraId="1A7C9346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Research Projects</w:t>
            </w:r>
          </w:p>
        </w:tc>
        <w:tc>
          <w:tcPr>
            <w:tcW w:w="2054" w:type="dxa"/>
          </w:tcPr>
          <w:p w14:paraId="382AACD0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9" w:type="dxa"/>
          </w:tcPr>
          <w:p w14:paraId="58346CDF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23AA6" w:rsidRPr="00AF3954" w14:paraId="07B10130" w14:textId="77777777" w:rsidTr="0063312B">
        <w:trPr>
          <w:trHeight w:val="149"/>
        </w:trPr>
        <w:tc>
          <w:tcPr>
            <w:tcW w:w="388" w:type="dxa"/>
          </w:tcPr>
          <w:p w14:paraId="6212DBB4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b.</w:t>
            </w:r>
          </w:p>
        </w:tc>
        <w:tc>
          <w:tcPr>
            <w:tcW w:w="2017" w:type="dxa"/>
          </w:tcPr>
          <w:p w14:paraId="08836322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Fellowships</w:t>
            </w:r>
          </w:p>
        </w:tc>
        <w:tc>
          <w:tcPr>
            <w:tcW w:w="2054" w:type="dxa"/>
          </w:tcPr>
          <w:p w14:paraId="337EC18E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9" w:type="dxa"/>
          </w:tcPr>
          <w:p w14:paraId="20D432E3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23AA6" w:rsidRPr="00AF3954" w14:paraId="136B191B" w14:textId="77777777" w:rsidTr="0063312B">
        <w:trPr>
          <w:trHeight w:val="142"/>
        </w:trPr>
        <w:tc>
          <w:tcPr>
            <w:tcW w:w="388" w:type="dxa"/>
          </w:tcPr>
          <w:p w14:paraId="2C87564C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c.</w:t>
            </w:r>
          </w:p>
        </w:tc>
        <w:tc>
          <w:tcPr>
            <w:tcW w:w="2017" w:type="dxa"/>
          </w:tcPr>
          <w:p w14:paraId="5F065C80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Ph.D. Guidance</w:t>
            </w:r>
          </w:p>
        </w:tc>
        <w:tc>
          <w:tcPr>
            <w:tcW w:w="2054" w:type="dxa"/>
          </w:tcPr>
          <w:p w14:paraId="121791DD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9" w:type="dxa"/>
          </w:tcPr>
          <w:p w14:paraId="2D438C53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23AA6" w:rsidRPr="00AF3954" w14:paraId="3363B552" w14:textId="77777777" w:rsidTr="0063312B">
        <w:trPr>
          <w:trHeight w:val="149"/>
        </w:trPr>
        <w:tc>
          <w:tcPr>
            <w:tcW w:w="388" w:type="dxa"/>
          </w:tcPr>
          <w:p w14:paraId="0EAEE931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d.</w:t>
            </w:r>
          </w:p>
        </w:tc>
        <w:tc>
          <w:tcPr>
            <w:tcW w:w="2017" w:type="dxa"/>
          </w:tcPr>
          <w:p w14:paraId="6734C21B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M.Phil. Guidance</w:t>
            </w:r>
          </w:p>
        </w:tc>
        <w:tc>
          <w:tcPr>
            <w:tcW w:w="2054" w:type="dxa"/>
          </w:tcPr>
          <w:p w14:paraId="6E0786AF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9" w:type="dxa"/>
          </w:tcPr>
          <w:p w14:paraId="31C6D199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23AA6" w:rsidRPr="00AF3954" w14:paraId="1B5C6FDE" w14:textId="77777777" w:rsidTr="0063312B">
        <w:trPr>
          <w:trHeight w:val="305"/>
        </w:trPr>
        <w:tc>
          <w:tcPr>
            <w:tcW w:w="388" w:type="dxa"/>
          </w:tcPr>
          <w:p w14:paraId="132FE35B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e.</w:t>
            </w:r>
          </w:p>
        </w:tc>
        <w:tc>
          <w:tcPr>
            <w:tcW w:w="2017" w:type="dxa"/>
          </w:tcPr>
          <w:p w14:paraId="2F31E85C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Seminars / Conferences</w:t>
            </w:r>
          </w:p>
        </w:tc>
        <w:tc>
          <w:tcPr>
            <w:tcW w:w="2054" w:type="dxa"/>
          </w:tcPr>
          <w:p w14:paraId="28ABE425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9" w:type="dxa"/>
          </w:tcPr>
          <w:p w14:paraId="655C274C" w14:textId="77777777" w:rsidR="00561C2C" w:rsidRPr="00AF3954" w:rsidRDefault="00561C2C" w:rsidP="00EC4793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43C68A5" w14:textId="77777777" w:rsidR="00D76B5B" w:rsidRPr="00AF3954" w:rsidRDefault="00D76B5B" w:rsidP="00C23AA6">
      <w:pPr>
        <w:pStyle w:val="Heading2"/>
        <w:spacing w:befor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2693"/>
        <w:gridCol w:w="2189"/>
        <w:gridCol w:w="1355"/>
        <w:gridCol w:w="2227"/>
      </w:tblGrid>
      <w:tr w:rsidR="00C23AA6" w:rsidRPr="00AF3954" w14:paraId="44DF231D" w14:textId="77777777" w:rsidTr="00EC4793">
        <w:tc>
          <w:tcPr>
            <w:tcW w:w="392" w:type="dxa"/>
          </w:tcPr>
          <w:p w14:paraId="5C876957" w14:textId="77777777" w:rsidR="00363815" w:rsidRPr="00AF3954" w:rsidRDefault="00363815" w:rsidP="00C23A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8464" w:type="dxa"/>
            <w:gridSpan w:val="4"/>
          </w:tcPr>
          <w:p w14:paraId="51E121EB" w14:textId="77777777" w:rsidR="00363815" w:rsidRPr="00AF3954" w:rsidRDefault="00363815" w:rsidP="00C23A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b/>
                <w:color w:val="000000" w:themeColor="text1"/>
              </w:rPr>
              <w:t>Details of 5 Best Research Papers/Books/Chapters (attach/submit hardcopies)</w:t>
            </w:r>
          </w:p>
        </w:tc>
      </w:tr>
      <w:tr w:rsidR="00C23AA6" w:rsidRPr="00AF3954" w14:paraId="1D192081" w14:textId="77777777" w:rsidTr="00EC4793">
        <w:tc>
          <w:tcPr>
            <w:tcW w:w="392" w:type="dxa"/>
          </w:tcPr>
          <w:p w14:paraId="3F52FB35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6D7BFAC4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Title of the Publication</w:t>
            </w:r>
          </w:p>
        </w:tc>
        <w:tc>
          <w:tcPr>
            <w:tcW w:w="2189" w:type="dxa"/>
          </w:tcPr>
          <w:p w14:paraId="48501B3A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Name of the Journal / Book / Publisher</w:t>
            </w:r>
          </w:p>
        </w:tc>
        <w:tc>
          <w:tcPr>
            <w:tcW w:w="1355" w:type="dxa"/>
          </w:tcPr>
          <w:p w14:paraId="44315ACF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Month, Year and Vol.</w:t>
            </w:r>
          </w:p>
        </w:tc>
        <w:tc>
          <w:tcPr>
            <w:tcW w:w="2227" w:type="dxa"/>
          </w:tcPr>
          <w:p w14:paraId="34758FC4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Sc</w:t>
            </w:r>
            <w:r w:rsidR="0063312B" w:rsidRPr="00AF3954">
              <w:rPr>
                <w:rFonts w:ascii="Times New Roman" w:hAnsi="Times New Roman" w:cs="Times New Roman"/>
                <w:color w:val="000000" w:themeColor="text1"/>
              </w:rPr>
              <w:t>opus / UGC CARE Listed/ Referred Journal</w:t>
            </w:r>
          </w:p>
        </w:tc>
      </w:tr>
      <w:tr w:rsidR="00C23AA6" w:rsidRPr="00AF3954" w14:paraId="140479C0" w14:textId="77777777" w:rsidTr="00EC4793">
        <w:tc>
          <w:tcPr>
            <w:tcW w:w="392" w:type="dxa"/>
          </w:tcPr>
          <w:p w14:paraId="6800C795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2693" w:type="dxa"/>
          </w:tcPr>
          <w:p w14:paraId="00F58D5A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9" w:type="dxa"/>
          </w:tcPr>
          <w:p w14:paraId="673C7096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</w:tcPr>
          <w:p w14:paraId="14B821DB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27" w:type="dxa"/>
          </w:tcPr>
          <w:p w14:paraId="76F79B0F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23AA6" w:rsidRPr="00AF3954" w14:paraId="4F98A55A" w14:textId="77777777" w:rsidTr="00EC4793">
        <w:tc>
          <w:tcPr>
            <w:tcW w:w="392" w:type="dxa"/>
          </w:tcPr>
          <w:p w14:paraId="0ABF726D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2693" w:type="dxa"/>
          </w:tcPr>
          <w:p w14:paraId="6D95717F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9" w:type="dxa"/>
          </w:tcPr>
          <w:p w14:paraId="1930144B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</w:tcPr>
          <w:p w14:paraId="64873E29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27" w:type="dxa"/>
          </w:tcPr>
          <w:p w14:paraId="33689E96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23AA6" w:rsidRPr="00AF3954" w14:paraId="74991F4C" w14:textId="77777777" w:rsidTr="00EC4793">
        <w:tc>
          <w:tcPr>
            <w:tcW w:w="392" w:type="dxa"/>
          </w:tcPr>
          <w:p w14:paraId="2E0C44C3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2693" w:type="dxa"/>
          </w:tcPr>
          <w:p w14:paraId="27B6C93A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9" w:type="dxa"/>
          </w:tcPr>
          <w:p w14:paraId="2A528E7D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</w:tcPr>
          <w:p w14:paraId="3C3111C6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27" w:type="dxa"/>
          </w:tcPr>
          <w:p w14:paraId="4183B3E5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23AA6" w:rsidRPr="00AF3954" w14:paraId="3353C46A" w14:textId="77777777" w:rsidTr="00EC4793">
        <w:tc>
          <w:tcPr>
            <w:tcW w:w="392" w:type="dxa"/>
          </w:tcPr>
          <w:p w14:paraId="31528EE9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d</w:t>
            </w:r>
          </w:p>
        </w:tc>
        <w:tc>
          <w:tcPr>
            <w:tcW w:w="2693" w:type="dxa"/>
          </w:tcPr>
          <w:p w14:paraId="4741547D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9" w:type="dxa"/>
          </w:tcPr>
          <w:p w14:paraId="30532311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</w:tcPr>
          <w:p w14:paraId="00750CFC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27" w:type="dxa"/>
          </w:tcPr>
          <w:p w14:paraId="257FCFCD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23AA6" w:rsidRPr="00AF3954" w14:paraId="263A6962" w14:textId="77777777" w:rsidTr="00EC4793">
        <w:tc>
          <w:tcPr>
            <w:tcW w:w="392" w:type="dxa"/>
          </w:tcPr>
          <w:p w14:paraId="2FA2ECCA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  <w:tc>
          <w:tcPr>
            <w:tcW w:w="2693" w:type="dxa"/>
          </w:tcPr>
          <w:p w14:paraId="1862CE26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9" w:type="dxa"/>
          </w:tcPr>
          <w:p w14:paraId="218B51F3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5" w:type="dxa"/>
          </w:tcPr>
          <w:p w14:paraId="78D393B4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27" w:type="dxa"/>
          </w:tcPr>
          <w:p w14:paraId="67D66054" w14:textId="77777777" w:rsidR="00363815" w:rsidRPr="00AF3954" w:rsidRDefault="0036381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9E9998A" w14:textId="77777777" w:rsidR="00363815" w:rsidRPr="00AF3954" w:rsidRDefault="00363815" w:rsidP="00C23AA6">
      <w:pPr>
        <w:pStyle w:val="Heading2"/>
        <w:spacing w:befor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7897"/>
      </w:tblGrid>
      <w:tr w:rsidR="00C23AA6" w:rsidRPr="00AF3954" w14:paraId="32FD833D" w14:textId="77777777" w:rsidTr="00363815">
        <w:tc>
          <w:tcPr>
            <w:tcW w:w="959" w:type="dxa"/>
          </w:tcPr>
          <w:p w14:paraId="01B3FACF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897" w:type="dxa"/>
          </w:tcPr>
          <w:p w14:paraId="70A98919" w14:textId="77777777" w:rsidR="00363815" w:rsidRPr="00AF3954" w:rsidRDefault="0005784B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Any other important academic </w:t>
            </w:r>
            <w:r w:rsidR="00641D5A"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achievement (</w:t>
            </w: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approx. 100 words)</w:t>
            </w:r>
          </w:p>
        </w:tc>
      </w:tr>
      <w:tr w:rsidR="00C23AA6" w:rsidRPr="00AF3954" w14:paraId="68E9729E" w14:textId="77777777" w:rsidTr="00363815">
        <w:tc>
          <w:tcPr>
            <w:tcW w:w="959" w:type="dxa"/>
          </w:tcPr>
          <w:p w14:paraId="42A08F01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897" w:type="dxa"/>
          </w:tcPr>
          <w:p w14:paraId="249AFD05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5EDF1461" w14:textId="77777777" w:rsidR="00363815" w:rsidRPr="00AF3954" w:rsidRDefault="00363815" w:rsidP="00C23AA6">
      <w:pPr>
        <w:pStyle w:val="Heading2"/>
        <w:spacing w:befor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3820"/>
        <w:gridCol w:w="2693"/>
        <w:gridCol w:w="851"/>
        <w:gridCol w:w="951"/>
      </w:tblGrid>
      <w:tr w:rsidR="00C23AA6" w:rsidRPr="00AF3954" w14:paraId="02B8A99A" w14:textId="77777777" w:rsidTr="0051578D">
        <w:tc>
          <w:tcPr>
            <w:tcW w:w="541" w:type="dxa"/>
          </w:tcPr>
          <w:p w14:paraId="2F1DA62E" w14:textId="77777777" w:rsidR="0005784B" w:rsidRPr="00AF3954" w:rsidRDefault="0005784B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6513" w:type="dxa"/>
            <w:gridSpan w:val="2"/>
          </w:tcPr>
          <w:p w14:paraId="1F7CFD7E" w14:textId="35E9A42D" w:rsidR="0005784B" w:rsidRPr="00AF3954" w:rsidRDefault="0005784B" w:rsidP="0096023A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Wh</w:t>
            </w:r>
            <w:r w:rsidR="00641D5A"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ether </w:t>
            </w: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Co-Project </w:t>
            </w:r>
            <w:r w:rsidR="00641D5A"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Director (Co-PD</w:t>
            </w: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) received </w:t>
            </w:r>
            <w:r w:rsidR="002F2245"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any financial assistance from ICSSR (mention last 2 awards)</w:t>
            </w: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14:paraId="191588E4" w14:textId="77777777" w:rsidR="0005784B" w:rsidRPr="00AF3954" w:rsidRDefault="002F224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51" w:type="dxa"/>
          </w:tcPr>
          <w:p w14:paraId="6A315C8E" w14:textId="77777777" w:rsidR="0005784B" w:rsidRPr="00AF3954" w:rsidRDefault="002F224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</w:t>
            </w:r>
          </w:p>
        </w:tc>
      </w:tr>
      <w:tr w:rsidR="00C23AA6" w:rsidRPr="00AF3954" w14:paraId="75B53141" w14:textId="77777777" w:rsidTr="00EC4793">
        <w:tc>
          <w:tcPr>
            <w:tcW w:w="541" w:type="dxa"/>
          </w:tcPr>
          <w:p w14:paraId="014F2FA6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0" w:type="dxa"/>
          </w:tcPr>
          <w:p w14:paraId="55E39759" w14:textId="77777777" w:rsidR="00363815" w:rsidRPr="00AF3954" w:rsidRDefault="002F224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If yes:</w:t>
            </w:r>
          </w:p>
        </w:tc>
        <w:tc>
          <w:tcPr>
            <w:tcW w:w="4495" w:type="dxa"/>
            <w:gridSpan w:val="3"/>
          </w:tcPr>
          <w:p w14:paraId="173209F8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23AA6" w:rsidRPr="00AF3954" w14:paraId="550FFDFF" w14:textId="77777777" w:rsidTr="00EC4793">
        <w:tc>
          <w:tcPr>
            <w:tcW w:w="541" w:type="dxa"/>
          </w:tcPr>
          <w:p w14:paraId="432F735D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0" w:type="dxa"/>
          </w:tcPr>
          <w:p w14:paraId="0E698E3B" w14:textId="77777777" w:rsidR="00363815" w:rsidRPr="00AF3954" w:rsidRDefault="002F224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Name </w:t>
            </w:r>
            <w:r w:rsidR="00EC4793"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 award</w:t>
            </w: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/scheme</w:t>
            </w:r>
          </w:p>
        </w:tc>
        <w:tc>
          <w:tcPr>
            <w:tcW w:w="4495" w:type="dxa"/>
            <w:gridSpan w:val="3"/>
          </w:tcPr>
          <w:p w14:paraId="02821FF0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23AA6" w:rsidRPr="00AF3954" w14:paraId="589D1F6F" w14:textId="77777777" w:rsidTr="00EC4793">
        <w:trPr>
          <w:trHeight w:val="209"/>
        </w:trPr>
        <w:tc>
          <w:tcPr>
            <w:tcW w:w="541" w:type="dxa"/>
          </w:tcPr>
          <w:p w14:paraId="6190083D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0" w:type="dxa"/>
          </w:tcPr>
          <w:p w14:paraId="6D98EC84" w14:textId="77777777" w:rsidR="00363815" w:rsidRPr="00AF3954" w:rsidRDefault="00641D5A" w:rsidP="00EC47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Name of the Co-PD</w:t>
            </w:r>
          </w:p>
        </w:tc>
        <w:tc>
          <w:tcPr>
            <w:tcW w:w="4495" w:type="dxa"/>
            <w:gridSpan w:val="3"/>
          </w:tcPr>
          <w:p w14:paraId="1EB6746C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23AA6" w:rsidRPr="00AF3954" w14:paraId="734FA30D" w14:textId="77777777" w:rsidTr="00EC4793">
        <w:tc>
          <w:tcPr>
            <w:tcW w:w="541" w:type="dxa"/>
          </w:tcPr>
          <w:p w14:paraId="1ECBDB1D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0" w:type="dxa"/>
          </w:tcPr>
          <w:p w14:paraId="0DA1AFB2" w14:textId="77777777" w:rsidR="00363815" w:rsidRPr="00AF3954" w:rsidRDefault="00EC4793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Year of Award</w:t>
            </w:r>
          </w:p>
        </w:tc>
        <w:tc>
          <w:tcPr>
            <w:tcW w:w="4495" w:type="dxa"/>
            <w:gridSpan w:val="3"/>
          </w:tcPr>
          <w:p w14:paraId="0EDDF012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23AA6" w:rsidRPr="00AF3954" w14:paraId="6D7BC62B" w14:textId="77777777" w:rsidTr="00EC4793">
        <w:tc>
          <w:tcPr>
            <w:tcW w:w="541" w:type="dxa"/>
          </w:tcPr>
          <w:p w14:paraId="512F129F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0" w:type="dxa"/>
          </w:tcPr>
          <w:p w14:paraId="15EA42FE" w14:textId="77777777" w:rsidR="00363815" w:rsidRPr="00AF3954" w:rsidRDefault="002F224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Amount sanctioned</w:t>
            </w:r>
          </w:p>
        </w:tc>
        <w:tc>
          <w:tcPr>
            <w:tcW w:w="4495" w:type="dxa"/>
            <w:gridSpan w:val="3"/>
          </w:tcPr>
          <w:p w14:paraId="5718CCF5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23AA6" w:rsidRPr="00AF3954" w14:paraId="4C33ADC3" w14:textId="77777777" w:rsidTr="00EC4793">
        <w:tc>
          <w:tcPr>
            <w:tcW w:w="541" w:type="dxa"/>
          </w:tcPr>
          <w:p w14:paraId="406E406E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0" w:type="dxa"/>
          </w:tcPr>
          <w:p w14:paraId="60AA8983" w14:textId="77777777" w:rsidR="00363815" w:rsidRPr="00AF3954" w:rsidRDefault="002F224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Date of Completion, if completed</w:t>
            </w:r>
          </w:p>
        </w:tc>
        <w:tc>
          <w:tcPr>
            <w:tcW w:w="4495" w:type="dxa"/>
            <w:gridSpan w:val="3"/>
          </w:tcPr>
          <w:p w14:paraId="096A405C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23AA6" w:rsidRPr="00AF3954" w14:paraId="0C6AFFCF" w14:textId="77777777" w:rsidTr="00EC4793">
        <w:tc>
          <w:tcPr>
            <w:tcW w:w="541" w:type="dxa"/>
          </w:tcPr>
          <w:p w14:paraId="759DEF59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0" w:type="dxa"/>
          </w:tcPr>
          <w:p w14:paraId="46F41D8C" w14:textId="77777777" w:rsidR="00363815" w:rsidRPr="00AF3954" w:rsidRDefault="002F2245" w:rsidP="00C23A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</w:rPr>
              <w:t>Date of Report submission, if submitted</w:t>
            </w:r>
          </w:p>
        </w:tc>
        <w:tc>
          <w:tcPr>
            <w:tcW w:w="4495" w:type="dxa"/>
            <w:gridSpan w:val="3"/>
          </w:tcPr>
          <w:p w14:paraId="1E1E5336" w14:textId="77777777" w:rsidR="00363815" w:rsidRPr="00AF3954" w:rsidRDefault="00363815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23AA6" w:rsidRPr="00AF3954" w14:paraId="6EEC5E81" w14:textId="77777777" w:rsidTr="00CA0308">
        <w:tc>
          <w:tcPr>
            <w:tcW w:w="541" w:type="dxa"/>
          </w:tcPr>
          <w:p w14:paraId="4B9468F9" w14:textId="77777777" w:rsidR="0005784B" w:rsidRPr="00AF3954" w:rsidRDefault="0005784B" w:rsidP="00C23AA6">
            <w:pPr>
              <w:pStyle w:val="Heading2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315" w:type="dxa"/>
            <w:gridSpan w:val="4"/>
          </w:tcPr>
          <w:p w14:paraId="178BF2C0" w14:textId="77777777" w:rsidR="0005784B" w:rsidRPr="00AF3954" w:rsidRDefault="002F2245" w:rsidP="00C23AA6">
            <w:pPr>
              <w:pStyle w:val="Heading2"/>
              <w:spacing w:before="0"/>
              <w:ind w:firstLine="7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F395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(Add/insert additional rows for more information, if required)</w:t>
            </w:r>
          </w:p>
        </w:tc>
      </w:tr>
    </w:tbl>
    <w:p w14:paraId="7CF261E3" w14:textId="77777777" w:rsidR="0005784B" w:rsidRPr="00AF3954" w:rsidRDefault="0005784B" w:rsidP="00C23AA6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08EC443D" w14:textId="77777777" w:rsidR="007E7527" w:rsidRPr="00AF3954" w:rsidRDefault="007E7527" w:rsidP="00C23AA6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DADA720" w14:textId="77777777" w:rsidR="007E7527" w:rsidRPr="00AF3954" w:rsidRDefault="007E7527" w:rsidP="00C23AA6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A273136" w14:textId="77777777" w:rsidR="007E7527" w:rsidRPr="00AF3954" w:rsidRDefault="007E7527" w:rsidP="00C23AA6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5F38ED8" w14:textId="77777777" w:rsidR="007E7527" w:rsidRPr="00AF3954" w:rsidRDefault="007E7527" w:rsidP="00C23AA6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250570F" w14:textId="77777777" w:rsidR="007E7527" w:rsidRPr="00AF3954" w:rsidRDefault="007E7527" w:rsidP="00C23AA6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3C238CA" w14:textId="77777777" w:rsidR="007E7527" w:rsidRPr="00AF3954" w:rsidRDefault="007E7527" w:rsidP="00C23AA6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B4FE3FF" w14:textId="77777777" w:rsidR="007E7527" w:rsidRPr="00AF3954" w:rsidRDefault="007E7527" w:rsidP="00C23AA6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AA401C2" w14:textId="77777777" w:rsidR="007E7527" w:rsidRPr="00AF3954" w:rsidRDefault="007E7527" w:rsidP="00C23AA6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29B060D" w14:textId="77777777" w:rsidR="007E7527" w:rsidRPr="00AF3954" w:rsidRDefault="007E7527" w:rsidP="00C23AA6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A4437CB" w14:textId="30E454EE" w:rsidR="0005784B" w:rsidRPr="00AF3954" w:rsidRDefault="0005784B" w:rsidP="00C23AA6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AF3954">
        <w:rPr>
          <w:rFonts w:ascii="Times New Roman" w:hAnsi="Times New Roman" w:cs="Times New Roman"/>
          <w:b/>
          <w:color w:val="000000" w:themeColor="text1"/>
        </w:rPr>
        <w:t>Declaration</w:t>
      </w:r>
    </w:p>
    <w:p w14:paraId="361D3652" w14:textId="77777777" w:rsidR="0005784B" w:rsidRPr="00AF3954" w:rsidRDefault="0005784B" w:rsidP="00C23AA6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14:paraId="19B9BDE2" w14:textId="77777777" w:rsidR="0005784B" w:rsidRPr="00AF3954" w:rsidRDefault="0005784B" w:rsidP="00B173D9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AF3954">
        <w:rPr>
          <w:rFonts w:ascii="Times New Roman" w:hAnsi="Times New Roman" w:cs="Times New Roman"/>
          <w:color w:val="000000" w:themeColor="text1"/>
        </w:rPr>
        <w:t>I hereby declare that:</w:t>
      </w:r>
    </w:p>
    <w:p w14:paraId="05B655A1" w14:textId="77777777" w:rsidR="0063312B" w:rsidRPr="00AF3954" w:rsidRDefault="0063312B" w:rsidP="0063312B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AF3954">
        <w:rPr>
          <w:rFonts w:ascii="Times New Roman" w:hAnsi="Times New Roman" w:cs="Times New Roman"/>
        </w:rPr>
        <w:t>I am not a defaulter of any previous ICSSR grant.</w:t>
      </w:r>
    </w:p>
    <w:p w14:paraId="3EFFC2C0" w14:textId="77777777" w:rsidR="0063312B" w:rsidRPr="00AF3954" w:rsidRDefault="0063312B" w:rsidP="0063312B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AF3954">
        <w:rPr>
          <w:rFonts w:ascii="Times New Roman" w:hAnsi="Times New Roman" w:cs="Times New Roman"/>
        </w:rPr>
        <w:t>I have neither been subjected to any disciplinary action nor found guilty of any offence in my career.</w:t>
      </w:r>
    </w:p>
    <w:p w14:paraId="74DF219A" w14:textId="77777777" w:rsidR="0063312B" w:rsidRPr="00AF3954" w:rsidRDefault="0063312B" w:rsidP="0063312B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AF3954">
        <w:rPr>
          <w:rFonts w:ascii="Times New Roman" w:hAnsi="Times New Roman" w:cs="Times New Roman"/>
        </w:rPr>
        <w:t xml:space="preserve">The Research Proposal and its contents are entirely original as per the standard ethical practices and no AI generated proposal have been submitted to ICSSR.  </w:t>
      </w:r>
    </w:p>
    <w:p w14:paraId="2F1919B1" w14:textId="77777777" w:rsidR="0063312B" w:rsidRPr="00AF3954" w:rsidRDefault="0063312B" w:rsidP="0063312B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AF3954">
        <w:rPr>
          <w:rFonts w:ascii="Times New Roman" w:hAnsi="Times New Roman" w:cs="Times New Roman"/>
        </w:rPr>
        <w:t>I have not concealed any information in my application. If, ICSSR finds any contrary information at any stage, it may cancel the study out rightly and/or impose any penalty as it deems fit.</w:t>
      </w:r>
    </w:p>
    <w:p w14:paraId="70FB61CE" w14:textId="77777777" w:rsidR="0005784B" w:rsidRPr="00AF3954" w:rsidRDefault="0005784B" w:rsidP="00B173D9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76E4191D" w14:textId="77777777" w:rsidR="0005784B" w:rsidRPr="00AF3954" w:rsidRDefault="0005784B" w:rsidP="00C23AA6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14:paraId="27A4625A" w14:textId="77777777" w:rsidR="0005784B" w:rsidRPr="00AF3954" w:rsidRDefault="0005784B" w:rsidP="00C23AA6">
      <w:pPr>
        <w:spacing w:after="0"/>
        <w:rPr>
          <w:rFonts w:ascii="Times New Roman" w:hAnsi="Times New Roman" w:cs="Times New Roman"/>
          <w:color w:val="000000" w:themeColor="text1"/>
        </w:rPr>
      </w:pPr>
      <w:r w:rsidRPr="00AF3954">
        <w:rPr>
          <w:rFonts w:ascii="Times New Roman" w:hAnsi="Times New Roman" w:cs="Times New Roman"/>
          <w:color w:val="000000" w:themeColor="text1"/>
        </w:rPr>
        <w:t>Place:</w:t>
      </w:r>
    </w:p>
    <w:p w14:paraId="685DD110" w14:textId="77777777" w:rsidR="0005784B" w:rsidRPr="00AF3954" w:rsidRDefault="0005784B" w:rsidP="00C23AA6">
      <w:pPr>
        <w:spacing w:after="0"/>
        <w:rPr>
          <w:rFonts w:ascii="Times New Roman" w:hAnsi="Times New Roman" w:cs="Times New Roman"/>
          <w:color w:val="000000" w:themeColor="text1"/>
        </w:rPr>
      </w:pPr>
      <w:r w:rsidRPr="00AF3954">
        <w:rPr>
          <w:rFonts w:ascii="Times New Roman" w:hAnsi="Times New Roman" w:cs="Times New Roman"/>
          <w:color w:val="000000" w:themeColor="text1"/>
        </w:rPr>
        <w:t>Date:</w:t>
      </w:r>
    </w:p>
    <w:p w14:paraId="722A3FC1" w14:textId="77777777" w:rsidR="0005784B" w:rsidRPr="00AF3954" w:rsidRDefault="0005784B" w:rsidP="00C23AA6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14:paraId="59DCD35C" w14:textId="77777777" w:rsidR="00B173D9" w:rsidRPr="00AF3954" w:rsidRDefault="0005784B" w:rsidP="00C23AA6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 w:rsidRPr="00AF3954">
        <w:rPr>
          <w:rFonts w:ascii="Times New Roman" w:hAnsi="Times New Roman" w:cs="Times New Roman"/>
          <w:color w:val="000000" w:themeColor="text1"/>
        </w:rPr>
        <w:t xml:space="preserve">Signature of the Project </w:t>
      </w:r>
      <w:r w:rsidR="0063312B" w:rsidRPr="00AF3954">
        <w:rPr>
          <w:rFonts w:ascii="Times New Roman" w:hAnsi="Times New Roman" w:cs="Times New Roman"/>
          <w:color w:val="000000" w:themeColor="text1"/>
        </w:rPr>
        <w:t>Director</w:t>
      </w:r>
      <w:r w:rsidRPr="00AF3954">
        <w:rPr>
          <w:rFonts w:ascii="Times New Roman" w:hAnsi="Times New Roman" w:cs="Times New Roman"/>
          <w:color w:val="000000" w:themeColor="text1"/>
        </w:rPr>
        <w:t xml:space="preserve">/ </w:t>
      </w:r>
    </w:p>
    <w:p w14:paraId="07A56131" w14:textId="77777777" w:rsidR="0005784B" w:rsidRPr="00AF3954" w:rsidRDefault="0005784B" w:rsidP="00C23AA6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 w:rsidRPr="00AF3954">
        <w:rPr>
          <w:rFonts w:ascii="Times New Roman" w:hAnsi="Times New Roman" w:cs="Times New Roman"/>
          <w:color w:val="000000" w:themeColor="text1"/>
        </w:rPr>
        <w:t xml:space="preserve">Co-Project </w:t>
      </w:r>
      <w:r w:rsidR="0063312B" w:rsidRPr="00AF3954">
        <w:rPr>
          <w:rFonts w:ascii="Times New Roman" w:hAnsi="Times New Roman" w:cs="Times New Roman"/>
          <w:color w:val="000000" w:themeColor="text1"/>
        </w:rPr>
        <w:t xml:space="preserve">Director </w:t>
      </w:r>
      <w:r w:rsidRPr="00AF3954">
        <w:rPr>
          <w:rFonts w:ascii="Times New Roman" w:hAnsi="Times New Roman" w:cs="Times New Roman"/>
          <w:color w:val="000000" w:themeColor="text1"/>
        </w:rPr>
        <w:t>(C</w:t>
      </w:r>
      <w:r w:rsidR="00492685" w:rsidRPr="00AF3954">
        <w:rPr>
          <w:rFonts w:ascii="Times New Roman" w:hAnsi="Times New Roman" w:cs="Times New Roman"/>
          <w:color w:val="000000" w:themeColor="text1"/>
        </w:rPr>
        <w:t>o</w:t>
      </w:r>
      <w:r w:rsidR="0063312B" w:rsidRPr="00AF3954">
        <w:rPr>
          <w:rFonts w:ascii="Times New Roman" w:hAnsi="Times New Roman" w:cs="Times New Roman"/>
          <w:color w:val="000000" w:themeColor="text1"/>
        </w:rPr>
        <w:t>-PD</w:t>
      </w:r>
      <w:r w:rsidRPr="00AF3954">
        <w:rPr>
          <w:rFonts w:ascii="Times New Roman" w:hAnsi="Times New Roman" w:cs="Times New Roman"/>
          <w:color w:val="000000" w:themeColor="text1"/>
        </w:rPr>
        <w:t>)</w:t>
      </w:r>
    </w:p>
    <w:p w14:paraId="6E8E566F" w14:textId="77777777" w:rsidR="002F2245" w:rsidRPr="00AF3954" w:rsidRDefault="002F2245" w:rsidP="00C23AA6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</w:p>
    <w:p w14:paraId="6596E505" w14:textId="77777777" w:rsidR="002F2245" w:rsidRPr="00AF3954" w:rsidRDefault="002F2245" w:rsidP="00C23AA6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14:paraId="68DCE507" w14:textId="77777777" w:rsidR="002F2245" w:rsidRPr="00AF3954" w:rsidRDefault="002F2245" w:rsidP="00C23AA6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14:paraId="7D4B332D" w14:textId="77777777" w:rsidR="002F2245" w:rsidRPr="00AF3954" w:rsidRDefault="002F2245" w:rsidP="00C23AA6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14:paraId="48F74C4B" w14:textId="77777777" w:rsidR="00C23AA6" w:rsidRPr="00AF3954" w:rsidRDefault="00C23AA6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sectPr w:rsidR="00C23AA6" w:rsidRPr="00AF3954" w:rsidSect="00C23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6A2A2" w14:textId="77777777" w:rsidR="00621621" w:rsidRDefault="00621621" w:rsidP="00EC4793">
      <w:pPr>
        <w:spacing w:after="0" w:line="240" w:lineRule="auto"/>
      </w:pPr>
      <w:r>
        <w:separator/>
      </w:r>
    </w:p>
  </w:endnote>
  <w:endnote w:type="continuationSeparator" w:id="0">
    <w:p w14:paraId="192F2E30" w14:textId="77777777" w:rsidR="00621621" w:rsidRDefault="00621621" w:rsidP="00EC4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D046A" w14:textId="77777777" w:rsidR="00621621" w:rsidRDefault="00621621" w:rsidP="00EC4793">
      <w:pPr>
        <w:spacing w:after="0" w:line="240" w:lineRule="auto"/>
      </w:pPr>
      <w:r>
        <w:separator/>
      </w:r>
    </w:p>
  </w:footnote>
  <w:footnote w:type="continuationSeparator" w:id="0">
    <w:p w14:paraId="733CE28D" w14:textId="77777777" w:rsidR="00621621" w:rsidRDefault="00621621" w:rsidP="00EC4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C212B2"/>
    <w:multiLevelType w:val="hybridMultilevel"/>
    <w:tmpl w:val="1E48FA76"/>
    <w:lvl w:ilvl="0" w:tplc="40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B24EA8"/>
    <w:multiLevelType w:val="hybridMultilevel"/>
    <w:tmpl w:val="3906107E"/>
    <w:lvl w:ilvl="0" w:tplc="B0125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5382450">
    <w:abstractNumId w:val="8"/>
  </w:num>
  <w:num w:numId="2" w16cid:durableId="1416198291">
    <w:abstractNumId w:val="6"/>
  </w:num>
  <w:num w:numId="3" w16cid:durableId="628979422">
    <w:abstractNumId w:val="5"/>
  </w:num>
  <w:num w:numId="4" w16cid:durableId="1790852938">
    <w:abstractNumId w:val="4"/>
  </w:num>
  <w:num w:numId="5" w16cid:durableId="1027026481">
    <w:abstractNumId w:val="7"/>
  </w:num>
  <w:num w:numId="6" w16cid:durableId="429815793">
    <w:abstractNumId w:val="3"/>
  </w:num>
  <w:num w:numId="7" w16cid:durableId="513227362">
    <w:abstractNumId w:val="2"/>
  </w:num>
  <w:num w:numId="8" w16cid:durableId="2034722879">
    <w:abstractNumId w:val="1"/>
  </w:num>
  <w:num w:numId="9" w16cid:durableId="1127509910">
    <w:abstractNumId w:val="0"/>
  </w:num>
  <w:num w:numId="10" w16cid:durableId="2054109961">
    <w:abstractNumId w:val="9"/>
  </w:num>
  <w:num w:numId="11" w16cid:durableId="7603000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84B"/>
    <w:rsid w:val="0006063C"/>
    <w:rsid w:val="0015074B"/>
    <w:rsid w:val="001A7519"/>
    <w:rsid w:val="001E4CA3"/>
    <w:rsid w:val="00224BEA"/>
    <w:rsid w:val="00277E4A"/>
    <w:rsid w:val="00290326"/>
    <w:rsid w:val="0029639D"/>
    <w:rsid w:val="002F2245"/>
    <w:rsid w:val="00326F90"/>
    <w:rsid w:val="00363815"/>
    <w:rsid w:val="003B2456"/>
    <w:rsid w:val="00421ED4"/>
    <w:rsid w:val="00492685"/>
    <w:rsid w:val="00561C2C"/>
    <w:rsid w:val="00621621"/>
    <w:rsid w:val="0063312B"/>
    <w:rsid w:val="00641D5A"/>
    <w:rsid w:val="00746892"/>
    <w:rsid w:val="007C279D"/>
    <w:rsid w:val="007E7527"/>
    <w:rsid w:val="00837C5A"/>
    <w:rsid w:val="008A5675"/>
    <w:rsid w:val="0096023A"/>
    <w:rsid w:val="00A628DB"/>
    <w:rsid w:val="00A709D8"/>
    <w:rsid w:val="00AA1D8D"/>
    <w:rsid w:val="00AF3954"/>
    <w:rsid w:val="00B06E98"/>
    <w:rsid w:val="00B173D9"/>
    <w:rsid w:val="00B20E5D"/>
    <w:rsid w:val="00B22A0D"/>
    <w:rsid w:val="00B313DB"/>
    <w:rsid w:val="00B47730"/>
    <w:rsid w:val="00BC499D"/>
    <w:rsid w:val="00C23AA6"/>
    <w:rsid w:val="00CB0664"/>
    <w:rsid w:val="00D76B5B"/>
    <w:rsid w:val="00E03F61"/>
    <w:rsid w:val="00EB3903"/>
    <w:rsid w:val="00EC4793"/>
    <w:rsid w:val="00F96CFD"/>
    <w:rsid w:val="00FC693F"/>
    <w:rsid w:val="00FF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5FBF5E"/>
  <w14:defaultImageDpi w14:val="300"/>
  <w15:docId w15:val="{31A57210-D4B3-40DD-AE9E-F0866C1E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633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TableParagraph">
    <w:name w:val="Table Paragraph"/>
    <w:basedOn w:val="Normal"/>
    <w:uiPriority w:val="1"/>
    <w:qFormat/>
    <w:rsid w:val="001A75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C39AFC-40B0-43FB-8DBB-CE9C0DE5F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icssr</cp:lastModifiedBy>
  <cp:revision>18</cp:revision>
  <dcterms:created xsi:type="dcterms:W3CDTF">2013-12-23T23:15:00Z</dcterms:created>
  <dcterms:modified xsi:type="dcterms:W3CDTF">2025-11-05T08:27:00Z</dcterms:modified>
  <cp:category/>
</cp:coreProperties>
</file>